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להגשת משימה עם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יומן תהליך, נקודת עצירה ושיחת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בונים תהליך למידה שקוף והוגן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דרגה שמסמנת כמה מותר להשתמש בבינה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40% תהליך, 45% תוצר, 15%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בעקרונות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(המורה מבצעת את המשימה בעצמה ומכינה תוצר לדוגמה)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(מציגים מטרה, תוצר לדוגמה, מחוון ורמת AIAS)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שלב עם תוצר ביניים ותאריך ונקודות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(מגישים תוצר, יומן ורפלקציה ומסבירים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בודקת את המשימה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פתיחה - מציגים מטרה, תוצר לדוגמה ומחוון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בשלבים עם תוצרי ביניים ונקודות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 עמיתים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4 שלבים ברורים עם שאלה מתאימה לכל שלב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שרמת AIAS קובעת כמה מותר להשתמש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כלי, פרומפט, בדיקה ושינוי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שהשיחה בודקת הבנה אמיתית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החלק ההתאמה כעבודה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שיחת הגנה קצרה מול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בחטיבת הביניים לומדים להגיש משימות עם בינה מלאכותית בצורה מובנית: רמת AIAS, יומן תהליך, נקודות עצירה, משוב עמיתים ושיחת הגנה. דף זה מתרגל את שלבי התהליך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AIAS  ·  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רמת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דרגה שמסמנת כמה מותר להשתמש בבינה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ציון 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תוכנת 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אורכת שיחת ההגנה לכל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מקבלים ציון רק על התוצר הסופי, בלי קשר לתהליך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להשתמש ברמת AIAS 1 בנקודות עצירה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נקודת עצירה בכיתה מתבצעת ברמת AIAS __________ , כלומר בלי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בשיעור הפתיחה מציגים לתלמידים מטרה, תוצר לדוגמה, מחוון ורמת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- בודקים את המשימה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מגישים תוצר, יומן ורפלקציה ומסבירים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 שלב עם תוצר ביניים ותאריך ונקודות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עבודה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מציגים מטרה, תוצר לדוגמה, מחוון ורמת AIAS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הגשה ושיחת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המורה מבצעת את המשימה בעצמה ומכינה תוצר לדוגמה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פתיחה - מציגים מטרה, תוצר לדוגמה ומחוון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עמיתים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בודקת את המשימה בעצמה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עבודה בשלבים עם תוצרי ביניים ונקודות 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יומן תהליך קצר למשימה שלכם: כתבו אילו שאלות תשאלו את עצמכם בכל שלב (כלי, פרומפט, בדיקה, שינוי)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רמת AIAS ולמה היא כתובה על דף המשימה?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כותבים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הערכת תהליך במשימות עם בינה מלאכותית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