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במשימות עם בינה מלאכותית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להגשת משימה עם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יומן תהליך, נקודת עצירה ושיחת 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בונים תהליך למידה שקוף והוגן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דרגה שמסמנת כמה מותר להשתמש בבינה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לתרגל כתיבה או שיחה קצרה בלי בינה מלאכותית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לכתוב פסקאות או שקפים מוכנים במקום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40% תהליך, 45% תוצר, 15%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בעקרונות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שיחה קצרה לכל תלמיד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בשלב 'לפני'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בשלב משוב העמיתים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(המורה מבצעת את המשימה בעצמה ומכינה תוצר לדוגמה)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(מציגים מטרה, תוצר לדוגמה, מחוון ורמת AIAS)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שלב עם תוצר ביניים ותאריך ונקודות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(מגישים תוצר, יומן ורפלקציה ומסבירים בעל 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בודקת את המשימה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 פתיחה - מציגים מטרה, תוצר לדוגמה ומחוון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בשלבים עם תוצרי ביניים ונקודות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 עמיתים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הגשה + שיחת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לפחות 4 שלבים ברורים עם שאלה מתאימה לכל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שהשיחה בודקת הבנה אמיתית ולא רק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שרמת AIAS קובעת כמה מותר להשתמש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כלי, פרומפט, בדיקה ושינוי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 שהשיחה בודקת הבנה אמיתית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החלק ההתאמה כעבודה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שיחת הגנה קצרה מול 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במשימות עם בינה מלאכותית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איך מגישים משימה עם בינה מלאכותית בדרך מסודרת. יש שלבים: רמת שימוש, יומן, עצירה בלי מחשב, משוב מחברים ושיחה עם המורה.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דרגה שאומרת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שבו רושמים כלי, פרומפט, מה קיבלו ומה שינו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בכיתה בלי בינה מלאכותית - כתיבה או שיחה קצרה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חברים לכיתה נותנים הערות לפי מחוון לפני ההגשה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שיחת 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עם המורה שבה התלמיד מסביר את הבחירות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לפי מה בודקים ומעריכים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על מה שלמדתי ומה הייתי משנה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 ביניים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ביניים בעבודה, לפני התוצר הסופי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AIAS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דרגה שמסמנת כמה מותר להשתמש בבינה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ציון 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תוכנת 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הדפים בתוצר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 מהציון הוא על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השיחה עם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עוצרים בלי מחשב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כתיבה או שיחה קצרה בלי 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להוריד ציון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יומן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אם יש אינטרנט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לבוט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פסקאות או שקפים מוכנים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שאלות מכוונות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להזכיר לתעד ביומן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באיזה שלב נמצא התלמיד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מקבלים ציון רק על התוצר הסופי, בלי קשר לתהליך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להשתמש ברמת AIAS 1 בנקודות עצירה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ההגנה מתקיימת פעם אחת לכל הכיתה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שהמורה תבצע את המשימה בעצמה לפני שהיא נותנת אותה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ניתן לפי מחוון, ואחריו יש זמן לתיקון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נקודת עצירה בכיתה מתבצעת ברמת AIAS __________ , כלומר בלי 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בשיעור הפתיחה מציגים לתלמידים מטרה, תוצר לדוגמה, מחוון ורמת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שיחת ההגנה נמשכת כ-__________ דקות לכל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ביומן התהליך מתעדים כלי, פרומפט, מה קיבלו, מה בדקו ומה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- בודקים את המשימה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מציגים מטרה, תוצר לדוגמה, מחוון ורמת AIAS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המורה מבצעת את המשימה בעצמה ומכינה תוצר לדוגמה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עבודה בשלבים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מגישים תוצר, יומן ורפלקציה ומסבירים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הגשה ושיחת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שלב עם תוצר ביניים ותאריך ונקודות עצירה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פתיחה - מציגים מטרה, תוצר לדוגמה ומחוון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בשלבים עם תוצרי ביניים ונקודות עצירה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הגשה + שיחת הגנה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בודקת את המשימה בעצמה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יומן תהליך קצר למשימה שלכם: כתבו אילו שאלות תשאלו את עצמכם בכל שלב (כלי, פרומפט, בדיקה, שינוי)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חשובה שיחת ההגנה בסוף התהליך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רמת AIAS ולמה היא כתובה על דף המשימה?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ביומן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 שיחת הגנה בסוף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הערכת תהליך במשימות עם בינה מלאכותית (חטיבת ביניים)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