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להגשת משימה עם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יומן תהליך, נקודת עצירה ושיחת הגנה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איך בונים תהליך למידה שקוף והוגן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דרגה שמסמנת כמה מותר להשתמש בבינה מלאכותית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3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לתרגל כתיבה או שיחה קצרה בלי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לכתוב פסקאות או שקפים מוכנים במקום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40% תהליך, 45% תוצר, 15%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בעקרונות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שיחה קצרה לכל תלמיד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בשלב 'לפני'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בשלב משוב העמיתים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(המורה מבצעת את המשימה בעצמה ומכינה תוצר לדוגמה)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(מציגים מטרה, תוצר לדוגמה, מחוון ורמת AIAS)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שלב עם תוצר ביניים ותאריך ונקודות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(מגישים תוצר, יומן ורפלקציה ומסבירים בעל 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המורה בודקת את המשימה בעצמה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 פתיחה - מציגים מטרה, תוצר לדוגמה ומחוון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בשלבים עם תוצרי ביניים ונקודות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משוב עמיתים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הגשה + שיחת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לפחות 4 שלבים ברורים עם שאלה מתאימה לכל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מסביר שהשיחה בודקת הבנה אמיתית ולא רק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שרמת AIAS קובעת כמה מותר להשתמש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כלי, פרומפט, בדיקה ושינוי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מסביר שהשיחה בודקת הבנה אמיתית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החלק ההתאמה כעבודה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שיחת הגנה קצרה מול הכיתה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הערכת תהליך במשימות עם בינה מלאכותית (חטיבת ביניים)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בחטיבת הביניים לומדים להגיש משימות עם בינה מלאכותית בצורה מובנית: רמת AIAS, יומן תהליך, נקודות עצירה, משוב עמיתים ושיחת הגנה. דף זה מתרגל את שלבי התהליך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רמת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דרגה שמסמנת כמה מותר להשתמש בבינה מלאכותית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ציון 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תוכנת 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הדפים בתוצר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אחוז מהציון, לפי הדף, ניתן לתהליך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אורכת שיחת ההגנה לכל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מטרת נקודת העצירה בכיתה (רמה 1)?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לתרגל כתיבה או שיחה קצרה בלי 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להוריד ציון לתלמידים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יומן התהליך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אם יש אינטרנט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בוט הליווי אסור לו לעשות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פסקאות או שקפים מוכנים במקום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שאלות מכוונות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להזכיר לתעד ביומן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באיזה שלב נמצא התלמיד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מקבלים ציון רק על התוצר הסופי, בלי קשר לתהליך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להשתמש ברמת AIAS 1 בנקודות עצירה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שיחת ההגנה מתקיימת פעם אחת לכל הכיתה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שהמורה תבצע את המשימה בעצמה לפני שהיא נותנת אותה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ניתן לפי מחוון, ואחריו יש זמן לתיקון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נקודת עצירה בכיתה מתבצעת ברמת AIAS __________ , כלומר בלי 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הפתיחה מציגים לתלמידים מטרה, תוצר לדוגמה, מחוון ורמת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שיחת ההגנה נמשכת כ-__________ דקות לכל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ביומן התהליך מתעדים כלי, פרומפט, מה קיבלו, מה בדקו ומה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- בודקים את המשימה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שלב עם תוצר ביניים ותאריך ונקודות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מגישים תוצר, יומן ורפלקציה ומסבירים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עבודה בשלבים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המורה מבצעת את המשימה בעצמה ומכינה תוצר לדוגמה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הגשה ושיחת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מציגים מטרה, תוצר לדוגמה, מחוון ורמת AIAS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עמיתים לפי המחוון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בשלבים עם תוצרי ביניים ונקודות עצירה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הגשה + שיחת הגנה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בודקת את המשימה בעצמה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פתיחה - מציגים מטרה, תוצר לדוגמה ומחוון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יומן תהליך קצר למשימה שלכם: כתבו אילו שאלות תשאלו את עצמכם בכל שלב (כלי, פרומפט, בדיקה, שינוי)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חשובה שיחת ההגנה בסוף התהליך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רמת AIAS ולמה היא כתובה על דף המשימה?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ביומן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יש שיחת הגנה בסוף התהליך?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הערכת תהליך במשימות עם בינה מלאכותית (חטיבת ביניים)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